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E0042" w14:textId="542057F1" w:rsidR="00500658" w:rsidRDefault="00500658" w:rsidP="00290FC0">
      <w:pPr>
        <w:pStyle w:val="TableParagraph"/>
        <w:tabs>
          <w:tab w:val="left" w:pos="331"/>
        </w:tabs>
        <w:ind w:left="6480" w:right="568" w:hanging="526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D6D8A42" wp14:editId="3E977996">
            <wp:simplePos x="0" y="0"/>
            <wp:positionH relativeFrom="column">
              <wp:posOffset>2404110</wp:posOffset>
            </wp:positionH>
            <wp:positionV relativeFrom="paragraph">
              <wp:posOffset>-6985</wp:posOffset>
            </wp:positionV>
            <wp:extent cx="961390" cy="1160145"/>
            <wp:effectExtent l="0" t="0" r="0" b="1905"/>
            <wp:wrapNone/>
            <wp:docPr id="1393041093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>PATVIRTINTA</w:t>
      </w:r>
    </w:p>
    <w:p w14:paraId="073CCE9A" w14:textId="7DB05F41" w:rsidR="00500658" w:rsidRDefault="00500658" w:rsidP="00290FC0">
      <w:pPr>
        <w:pStyle w:val="TableParagraph"/>
        <w:tabs>
          <w:tab w:val="left" w:pos="331"/>
        </w:tabs>
        <w:ind w:left="6480" w:right="568" w:hanging="526"/>
        <w:rPr>
          <w:noProof/>
        </w:rPr>
      </w:pPr>
      <w:r>
        <w:rPr>
          <w:noProof/>
        </w:rPr>
        <w:t>2026 m. rugsėjo 30 d.</w:t>
      </w:r>
    </w:p>
    <w:p w14:paraId="42CEAFA1" w14:textId="0D0BEBCD" w:rsidR="00500658" w:rsidRDefault="00500658" w:rsidP="00290FC0">
      <w:pPr>
        <w:pStyle w:val="TableParagraph"/>
        <w:tabs>
          <w:tab w:val="left" w:pos="331"/>
        </w:tabs>
        <w:ind w:left="6480" w:right="568" w:hanging="526"/>
        <w:rPr>
          <w:noProof/>
        </w:rPr>
      </w:pPr>
      <w:r>
        <w:rPr>
          <w:noProof/>
        </w:rPr>
        <w:t>Direktoriaus įsakymu Nr.</w:t>
      </w:r>
      <w:r w:rsidR="00290FC0">
        <w:rPr>
          <w:noProof/>
        </w:rPr>
        <w:t xml:space="preserve"> </w:t>
      </w:r>
      <w:r>
        <w:rPr>
          <w:noProof/>
        </w:rPr>
        <w:t xml:space="preserve">V-55            </w:t>
      </w:r>
    </w:p>
    <w:p w14:paraId="475F8AE2" w14:textId="30AC4F5E" w:rsidR="00F02BE9" w:rsidRDefault="00F02BE9">
      <w:pPr>
        <w:spacing w:after="240"/>
        <w:jc w:val="right"/>
      </w:pPr>
    </w:p>
    <w:p w14:paraId="1C5481D2" w14:textId="77777777" w:rsidR="00500658" w:rsidRDefault="00500658">
      <w:pPr>
        <w:spacing w:after="0"/>
        <w:jc w:val="center"/>
        <w:rPr>
          <w:b/>
        </w:rPr>
      </w:pPr>
    </w:p>
    <w:p w14:paraId="68A13F36" w14:textId="77777777" w:rsidR="00500658" w:rsidRDefault="00500658">
      <w:pPr>
        <w:spacing w:after="0"/>
        <w:jc w:val="center"/>
        <w:rPr>
          <w:b/>
        </w:rPr>
      </w:pPr>
    </w:p>
    <w:p w14:paraId="375FD047" w14:textId="71050517" w:rsidR="00F02BE9" w:rsidRDefault="005761B0">
      <w:pPr>
        <w:spacing w:after="0"/>
        <w:jc w:val="center"/>
      </w:pPr>
      <w:r>
        <w:rPr>
          <w:b/>
        </w:rPr>
        <w:t>PANEVĖŽIO BRONIAUS VAIDUČIO KUTAVIČIAUS</w:t>
      </w:r>
    </w:p>
    <w:p w14:paraId="71C5F4E7" w14:textId="77777777" w:rsidR="00F02BE9" w:rsidRDefault="005761B0">
      <w:pPr>
        <w:spacing w:after="0"/>
        <w:jc w:val="center"/>
      </w:pPr>
      <w:r>
        <w:rPr>
          <w:b/>
        </w:rPr>
        <w:t>MUZIKOS MOKYKLOS FESTIVALIO</w:t>
      </w:r>
    </w:p>
    <w:p w14:paraId="52513C33" w14:textId="77777777" w:rsidR="00F02BE9" w:rsidRDefault="005761B0">
      <w:pPr>
        <w:spacing w:after="240"/>
        <w:jc w:val="center"/>
      </w:pPr>
      <w:r>
        <w:rPr>
          <w:b/>
          <w:sz w:val="28"/>
        </w:rPr>
        <w:t xml:space="preserve">„MANO VAIKYSTĖS </w:t>
      </w:r>
      <w:proofErr w:type="gramStart"/>
      <w:r>
        <w:rPr>
          <w:b/>
          <w:sz w:val="28"/>
        </w:rPr>
        <w:t>MUZIKA“</w:t>
      </w:r>
      <w:proofErr w:type="gramEnd"/>
    </w:p>
    <w:p w14:paraId="117F5B27" w14:textId="77777777" w:rsidR="00F02BE9" w:rsidRDefault="005761B0">
      <w:pPr>
        <w:spacing w:after="360"/>
        <w:jc w:val="center"/>
      </w:pPr>
      <w:r>
        <w:rPr>
          <w:b/>
          <w:sz w:val="28"/>
        </w:rPr>
        <w:t>NUOSTATAI</w:t>
      </w:r>
    </w:p>
    <w:p w14:paraId="5DD8ACDA" w14:textId="77777777" w:rsidR="00F02BE9" w:rsidRPr="00290FC0" w:rsidRDefault="005761B0">
      <w:pPr>
        <w:spacing w:before="200" w:after="160"/>
        <w:rPr>
          <w:lang w:val="lt-LT"/>
        </w:rPr>
      </w:pPr>
      <w:r w:rsidRPr="00290FC0">
        <w:rPr>
          <w:b/>
          <w:lang w:val="lt-LT"/>
        </w:rPr>
        <w:t>I. TIKSLAS IR UŽDAVINIAI</w:t>
      </w:r>
    </w:p>
    <w:p w14:paraId="5C6BFE30" w14:textId="77777777" w:rsidR="00F02BE9" w:rsidRPr="00290FC0" w:rsidRDefault="005761B0">
      <w:pPr>
        <w:spacing w:after="40"/>
        <w:rPr>
          <w:lang w:val="lt-LT"/>
        </w:rPr>
      </w:pPr>
      <w:r w:rsidRPr="00290FC0">
        <w:rPr>
          <w:b/>
          <w:lang w:val="lt-LT"/>
        </w:rPr>
        <w:t xml:space="preserve">Tikslas: </w:t>
      </w:r>
      <w:r w:rsidRPr="00290FC0">
        <w:rPr>
          <w:lang w:val="lt-LT"/>
        </w:rPr>
        <w:t>Pasaulinės vaiko teisių dienos proga sudaryti visiems vaikams galimybę viešai išreikšti save muzikuojant.</w:t>
      </w:r>
    </w:p>
    <w:p w14:paraId="36034CDB" w14:textId="77777777" w:rsidR="00F02BE9" w:rsidRPr="00290FC0" w:rsidRDefault="005761B0">
      <w:pPr>
        <w:spacing w:after="40"/>
        <w:rPr>
          <w:lang w:val="lt-LT"/>
        </w:rPr>
      </w:pPr>
      <w:r w:rsidRPr="00290FC0">
        <w:rPr>
          <w:b/>
          <w:lang w:val="lt-LT"/>
        </w:rPr>
        <w:t xml:space="preserve">Uždaviniai: </w:t>
      </w:r>
      <w:r w:rsidRPr="00290FC0">
        <w:rPr>
          <w:lang w:val="lt-LT"/>
        </w:rPr>
        <w:t>1. Stiprinti mokinių pasitikėjimą savimi.</w:t>
      </w:r>
      <w:r w:rsidRPr="00290FC0">
        <w:rPr>
          <w:lang w:val="lt-LT"/>
        </w:rPr>
        <w:br/>
        <w:t>2. Ugdyti gebėjimą viešai atlikti kūrinius scenoje.</w:t>
      </w:r>
      <w:r w:rsidRPr="00290FC0">
        <w:rPr>
          <w:lang w:val="lt-LT"/>
        </w:rPr>
        <w:br/>
        <w:t>3. Ugdyti atsakomybę ir dėmesio sukaupimą.</w:t>
      </w:r>
      <w:r w:rsidRPr="00290FC0">
        <w:rPr>
          <w:lang w:val="lt-LT"/>
        </w:rPr>
        <w:br/>
        <w:t>4. Skatinti siekti maksimalaus rezultato.</w:t>
      </w:r>
    </w:p>
    <w:p w14:paraId="37A84A19" w14:textId="77777777" w:rsidR="00F02BE9" w:rsidRPr="00290FC0" w:rsidRDefault="005761B0">
      <w:pPr>
        <w:spacing w:before="200" w:after="160"/>
        <w:rPr>
          <w:lang w:val="lt-LT"/>
        </w:rPr>
      </w:pPr>
      <w:r w:rsidRPr="00290FC0">
        <w:rPr>
          <w:b/>
          <w:lang w:val="lt-LT"/>
        </w:rPr>
        <w:t>II. VIETA IR LAIKAS</w:t>
      </w:r>
    </w:p>
    <w:p w14:paraId="4E2F6112" w14:textId="77777777" w:rsidR="00F02BE9" w:rsidRPr="00290FC0" w:rsidRDefault="005761B0">
      <w:pPr>
        <w:spacing w:after="60"/>
        <w:rPr>
          <w:lang w:val="lt-LT"/>
        </w:rPr>
      </w:pPr>
      <w:r w:rsidRPr="00290FC0">
        <w:rPr>
          <w:lang w:val="lt-LT"/>
        </w:rPr>
        <w:t>Festivalis vyks Panevėžio muzikos mokykloje, Vilniaus g. 2, Panevėžyje, 2026 m. lapkričio 26 d. 14.00 val.</w:t>
      </w:r>
    </w:p>
    <w:p w14:paraId="0AABCE07" w14:textId="77777777" w:rsidR="00F02BE9" w:rsidRPr="00290FC0" w:rsidRDefault="005761B0">
      <w:pPr>
        <w:spacing w:before="200" w:after="160"/>
        <w:rPr>
          <w:lang w:val="lt-LT"/>
        </w:rPr>
      </w:pPr>
      <w:r w:rsidRPr="00290FC0">
        <w:rPr>
          <w:b/>
          <w:lang w:val="lt-LT"/>
        </w:rPr>
        <w:t>III. DALYVIAI</w:t>
      </w:r>
    </w:p>
    <w:p w14:paraId="7C0B97E3" w14:textId="77777777" w:rsidR="00F02BE9" w:rsidRPr="00290FC0" w:rsidRDefault="005761B0">
      <w:pPr>
        <w:spacing w:after="60"/>
        <w:rPr>
          <w:lang w:val="lt-LT"/>
        </w:rPr>
      </w:pPr>
      <w:r w:rsidRPr="00290FC0">
        <w:rPr>
          <w:lang w:val="lt-LT"/>
        </w:rPr>
        <w:t>Festivalyje gali dalyvauti įvairių specialybių ir amžiaus grupių vaikai, besimokantys Panevėžio Broniaus Vaidučio Kutavičiaus muzikos mokykloje.</w:t>
      </w:r>
    </w:p>
    <w:p w14:paraId="63CEEC41" w14:textId="77777777" w:rsidR="00F02BE9" w:rsidRPr="00290FC0" w:rsidRDefault="005761B0">
      <w:pPr>
        <w:spacing w:before="200" w:after="160"/>
        <w:rPr>
          <w:lang w:val="lt-LT"/>
        </w:rPr>
      </w:pPr>
      <w:r w:rsidRPr="00290FC0">
        <w:rPr>
          <w:b/>
          <w:lang w:val="lt-LT"/>
        </w:rPr>
        <w:t>IV. FESTIVALIO PROGRAMA</w:t>
      </w:r>
    </w:p>
    <w:p w14:paraId="144A5F25" w14:textId="77777777" w:rsidR="00F02BE9" w:rsidRPr="00290FC0" w:rsidRDefault="005761B0">
      <w:pPr>
        <w:spacing w:after="60"/>
        <w:rPr>
          <w:lang w:val="lt-LT"/>
        </w:rPr>
      </w:pPr>
      <w:r w:rsidRPr="00290FC0">
        <w:rPr>
          <w:lang w:val="lt-LT"/>
        </w:rPr>
        <w:t>Kiekvienas dalyvis atlieka vieną laisvai pasirinktą bet kokio žanro kūrinį. Galimas ansamblinis atlikimas.</w:t>
      </w:r>
    </w:p>
    <w:p w14:paraId="7254703F" w14:textId="00ADC981" w:rsidR="00382775" w:rsidRPr="00290FC0" w:rsidRDefault="00382775">
      <w:pPr>
        <w:spacing w:after="60"/>
        <w:rPr>
          <w:lang w:val="lt-LT"/>
        </w:rPr>
      </w:pPr>
      <w:r w:rsidRPr="00290FC0">
        <w:rPr>
          <w:lang w:val="lt-LT"/>
        </w:rPr>
        <w:t>Festivalio program</w:t>
      </w:r>
      <w:r w:rsidR="009771FB" w:rsidRPr="00290FC0">
        <w:rPr>
          <w:lang w:val="lt-LT"/>
        </w:rPr>
        <w:t>ą</w:t>
      </w:r>
      <w:r w:rsidRPr="00290FC0">
        <w:rPr>
          <w:lang w:val="lt-LT"/>
        </w:rPr>
        <w:t xml:space="preserve"> siųsti</w:t>
      </w:r>
      <w:r w:rsidR="00D259CC" w:rsidRPr="00290FC0">
        <w:rPr>
          <w:lang w:val="lt-LT"/>
        </w:rPr>
        <w:t>:</w:t>
      </w:r>
    </w:p>
    <w:p w14:paraId="468283FB" w14:textId="5AA4C64C" w:rsidR="00D259CC" w:rsidRPr="00290FC0" w:rsidRDefault="00D259CC">
      <w:pPr>
        <w:spacing w:after="60"/>
        <w:rPr>
          <w:lang w:val="lt-LT"/>
        </w:rPr>
      </w:pPr>
      <w:hyperlink r:id="rId9" w:history="1">
        <w:r w:rsidRPr="00290FC0">
          <w:rPr>
            <w:rStyle w:val="Hipersaitas"/>
            <w:lang w:val="lt-LT"/>
          </w:rPr>
          <w:t>https://forms.gle/CfSnih15eTh4kMKj8</w:t>
        </w:r>
      </w:hyperlink>
    </w:p>
    <w:p w14:paraId="0430C6A4" w14:textId="77777777" w:rsidR="00F02BE9" w:rsidRPr="00290FC0" w:rsidRDefault="005761B0">
      <w:pPr>
        <w:spacing w:before="200" w:after="160"/>
        <w:rPr>
          <w:lang w:val="lt-LT"/>
        </w:rPr>
      </w:pPr>
      <w:r w:rsidRPr="00290FC0">
        <w:rPr>
          <w:b/>
          <w:lang w:val="lt-LT"/>
        </w:rPr>
        <w:t>V. FESTIVALIO SĄLYGOS</w:t>
      </w:r>
    </w:p>
    <w:p w14:paraId="5E413DE5" w14:textId="77777777" w:rsidR="00F02BE9" w:rsidRPr="00290FC0" w:rsidRDefault="005761B0">
      <w:pPr>
        <w:spacing w:after="60"/>
        <w:rPr>
          <w:lang w:val="lt-LT"/>
        </w:rPr>
      </w:pPr>
      <w:r w:rsidRPr="00290FC0">
        <w:rPr>
          <w:lang w:val="lt-LT"/>
        </w:rPr>
        <w:t>Festivalyje gali dalyvauti ne daugiau kaip du vieno pedagogo parengti dalyviai.</w:t>
      </w:r>
    </w:p>
    <w:p w14:paraId="07F05C80" w14:textId="77777777" w:rsidR="00F02BE9" w:rsidRPr="00290FC0" w:rsidRDefault="005761B0">
      <w:pPr>
        <w:spacing w:before="200" w:after="160"/>
        <w:rPr>
          <w:lang w:val="lt-LT"/>
        </w:rPr>
      </w:pPr>
      <w:r w:rsidRPr="00290FC0">
        <w:rPr>
          <w:b/>
          <w:lang w:val="lt-LT"/>
        </w:rPr>
        <w:t>VI. APDOVANOJIMAI</w:t>
      </w:r>
    </w:p>
    <w:p w14:paraId="2B1959F7" w14:textId="77777777" w:rsidR="00F02BE9" w:rsidRPr="00290FC0" w:rsidRDefault="005761B0">
      <w:pPr>
        <w:spacing w:after="60"/>
        <w:rPr>
          <w:lang w:val="lt-LT"/>
        </w:rPr>
      </w:pPr>
      <w:r w:rsidRPr="00290FC0">
        <w:rPr>
          <w:lang w:val="lt-LT"/>
        </w:rPr>
        <w:t>Visi festivalio dalyviai apdovanojami padėkos raštais.</w:t>
      </w:r>
    </w:p>
    <w:p w14:paraId="069D2CCE" w14:textId="77777777" w:rsidR="00F02BE9" w:rsidRPr="00290FC0" w:rsidRDefault="005761B0">
      <w:pPr>
        <w:spacing w:before="200" w:after="160"/>
        <w:rPr>
          <w:lang w:val="lt-LT"/>
        </w:rPr>
      </w:pPr>
      <w:r w:rsidRPr="00290FC0">
        <w:rPr>
          <w:b/>
          <w:lang w:val="lt-LT"/>
        </w:rPr>
        <w:t>VII. DALYVIŲ REGISTRACIJA</w:t>
      </w:r>
    </w:p>
    <w:p w14:paraId="7F5731EC" w14:textId="3B6C0895" w:rsidR="00F02BE9" w:rsidRPr="00290FC0" w:rsidRDefault="005761B0">
      <w:pPr>
        <w:spacing w:after="60"/>
        <w:rPr>
          <w:b/>
          <w:bCs/>
          <w:i/>
          <w:iCs/>
          <w:lang w:val="lt-LT"/>
        </w:rPr>
      </w:pPr>
      <w:r w:rsidRPr="00290FC0">
        <w:rPr>
          <w:lang w:val="lt-LT"/>
        </w:rPr>
        <w:lastRenderedPageBreak/>
        <w:t xml:space="preserve">Dalyvių anketos pateikiamos </w:t>
      </w:r>
      <w:r w:rsidRPr="00290FC0">
        <w:rPr>
          <w:b/>
          <w:bCs/>
          <w:i/>
          <w:iCs/>
          <w:lang w:val="lt-LT"/>
        </w:rPr>
        <w:t>iki 2026 m. spalio</w:t>
      </w:r>
      <w:r w:rsidR="00FB160E" w:rsidRPr="00290FC0">
        <w:rPr>
          <w:b/>
          <w:bCs/>
          <w:i/>
          <w:iCs/>
          <w:lang w:val="lt-LT"/>
        </w:rPr>
        <w:t xml:space="preserve"> mėn.</w:t>
      </w:r>
      <w:r w:rsidRPr="00290FC0">
        <w:rPr>
          <w:b/>
          <w:bCs/>
          <w:i/>
          <w:iCs/>
          <w:lang w:val="lt-LT"/>
        </w:rPr>
        <w:t xml:space="preserve"> </w:t>
      </w:r>
      <w:r w:rsidR="00FB160E" w:rsidRPr="00290FC0">
        <w:rPr>
          <w:b/>
          <w:bCs/>
          <w:i/>
          <w:iCs/>
          <w:lang w:val="lt-LT"/>
        </w:rPr>
        <w:t>29</w:t>
      </w:r>
      <w:r w:rsidRPr="00290FC0">
        <w:rPr>
          <w:b/>
          <w:bCs/>
          <w:i/>
          <w:iCs/>
          <w:lang w:val="lt-LT"/>
        </w:rPr>
        <w:t xml:space="preserve"> d.</w:t>
      </w:r>
    </w:p>
    <w:p w14:paraId="4F2328D7" w14:textId="77777777" w:rsidR="00F02BE9" w:rsidRPr="00290FC0" w:rsidRDefault="005761B0">
      <w:pPr>
        <w:spacing w:before="200" w:after="160"/>
        <w:rPr>
          <w:lang w:val="lt-LT"/>
        </w:rPr>
      </w:pPr>
      <w:r w:rsidRPr="00290FC0">
        <w:rPr>
          <w:b/>
          <w:lang w:val="lt-LT"/>
        </w:rPr>
        <w:t>VIII. ORGANIZATORIAI IR KOORDINATORĖ</w:t>
      </w:r>
    </w:p>
    <w:p w14:paraId="12E28E8F" w14:textId="77777777" w:rsidR="00F02BE9" w:rsidRPr="00290FC0" w:rsidRDefault="005761B0">
      <w:pPr>
        <w:spacing w:after="40"/>
        <w:rPr>
          <w:lang w:val="lt-LT"/>
        </w:rPr>
      </w:pPr>
      <w:r w:rsidRPr="00290FC0">
        <w:rPr>
          <w:b/>
          <w:lang w:val="lt-LT"/>
        </w:rPr>
        <w:t xml:space="preserve">Renginio koordinatorė: </w:t>
      </w:r>
      <w:r w:rsidRPr="00290FC0">
        <w:rPr>
          <w:lang w:val="lt-LT"/>
        </w:rPr>
        <w:t>Panevėžio muzikos mokyklos direktoriaus pavaduotoja ugdymui Daiva Kriščiūnienė.</w:t>
      </w:r>
    </w:p>
    <w:p w14:paraId="1883BE3F" w14:textId="77777777" w:rsidR="00F02BE9" w:rsidRPr="00290FC0" w:rsidRDefault="005761B0">
      <w:pPr>
        <w:spacing w:after="40"/>
        <w:rPr>
          <w:lang w:val="lt-LT"/>
        </w:rPr>
      </w:pPr>
      <w:r w:rsidRPr="00290FC0">
        <w:rPr>
          <w:b/>
          <w:lang w:val="lt-LT"/>
        </w:rPr>
        <w:t xml:space="preserve">Vadovė: </w:t>
      </w:r>
      <w:r w:rsidRPr="00290FC0">
        <w:rPr>
          <w:lang w:val="lt-LT"/>
        </w:rPr>
        <w:t>Audronė Sakalauskienė.</w:t>
      </w:r>
    </w:p>
    <w:p w14:paraId="11263681" w14:textId="77777777" w:rsidR="00F02BE9" w:rsidRPr="00290FC0" w:rsidRDefault="005761B0">
      <w:pPr>
        <w:spacing w:after="40"/>
        <w:rPr>
          <w:lang w:val="lt-LT"/>
        </w:rPr>
      </w:pPr>
      <w:r w:rsidRPr="00290FC0">
        <w:rPr>
          <w:b/>
          <w:lang w:val="lt-LT"/>
        </w:rPr>
        <w:t xml:space="preserve">Nariai: </w:t>
      </w:r>
      <w:r w:rsidRPr="00290FC0">
        <w:rPr>
          <w:lang w:val="lt-LT"/>
        </w:rPr>
        <w:t>Panevėžio Broniaus Vaidučio Kutavičiaus muzikos mokyklos Bendrojo fortepijono metodinės grupės mokytojai.</w:t>
      </w:r>
    </w:p>
    <w:sectPr w:rsidR="00F02BE9" w:rsidRPr="00290FC0" w:rsidSect="00034616">
      <w:footerReference w:type="default" r:id="rId10"/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298ED" w14:textId="77777777" w:rsidR="00144784" w:rsidRDefault="00144784">
      <w:pPr>
        <w:spacing w:after="0" w:line="240" w:lineRule="auto"/>
      </w:pPr>
      <w:r>
        <w:separator/>
      </w:r>
    </w:p>
  </w:endnote>
  <w:endnote w:type="continuationSeparator" w:id="0">
    <w:p w14:paraId="785FD73C" w14:textId="77777777" w:rsidR="00144784" w:rsidRDefault="00144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A1988" w14:textId="77777777" w:rsidR="00F02BE9" w:rsidRDefault="005761B0">
    <w:pPr>
      <w:pStyle w:val="Porat"/>
      <w:jc w:val="center"/>
    </w:pPr>
    <w:proofErr w:type="spellStart"/>
    <w:r>
      <w:rPr>
        <w:sz w:val="18"/>
      </w:rPr>
      <w:t>Festivalio</w:t>
    </w:r>
    <w:proofErr w:type="spellEnd"/>
    <w:r>
      <w:rPr>
        <w:sz w:val="18"/>
      </w:rPr>
      <w:t xml:space="preserve"> „Mano </w:t>
    </w:r>
    <w:proofErr w:type="spellStart"/>
    <w:r>
      <w:rPr>
        <w:sz w:val="18"/>
      </w:rPr>
      <w:t>vaikystės</w:t>
    </w:r>
    <w:proofErr w:type="spellEnd"/>
    <w:r>
      <w:rPr>
        <w:sz w:val="18"/>
      </w:rPr>
      <w:t xml:space="preserve"> </w:t>
    </w:r>
    <w:proofErr w:type="spellStart"/>
    <w:proofErr w:type="gramStart"/>
    <w:r>
      <w:rPr>
        <w:sz w:val="18"/>
      </w:rPr>
      <w:t>muzika</w:t>
    </w:r>
    <w:proofErr w:type="spellEnd"/>
    <w:r>
      <w:rPr>
        <w:sz w:val="18"/>
      </w:rPr>
      <w:t xml:space="preserve">“ </w:t>
    </w:r>
    <w:proofErr w:type="spellStart"/>
    <w:r>
      <w:rPr>
        <w:sz w:val="18"/>
      </w:rPr>
      <w:t>nuostatai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C2D75" w14:textId="77777777" w:rsidR="00144784" w:rsidRDefault="00144784">
      <w:pPr>
        <w:spacing w:after="0" w:line="240" w:lineRule="auto"/>
      </w:pPr>
      <w:r>
        <w:separator/>
      </w:r>
    </w:p>
  </w:footnote>
  <w:footnote w:type="continuationSeparator" w:id="0">
    <w:p w14:paraId="18A0CC52" w14:textId="77777777" w:rsidR="00144784" w:rsidRDefault="001447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8090863">
    <w:abstractNumId w:val="8"/>
  </w:num>
  <w:num w:numId="2" w16cid:durableId="1590192938">
    <w:abstractNumId w:val="6"/>
  </w:num>
  <w:num w:numId="3" w16cid:durableId="476801795">
    <w:abstractNumId w:val="5"/>
  </w:num>
  <w:num w:numId="4" w16cid:durableId="1066681072">
    <w:abstractNumId w:val="4"/>
  </w:num>
  <w:num w:numId="5" w16cid:durableId="1439451987">
    <w:abstractNumId w:val="7"/>
  </w:num>
  <w:num w:numId="6" w16cid:durableId="1860214">
    <w:abstractNumId w:val="3"/>
  </w:num>
  <w:num w:numId="7" w16cid:durableId="1395157190">
    <w:abstractNumId w:val="2"/>
  </w:num>
  <w:num w:numId="8" w16cid:durableId="1856647641">
    <w:abstractNumId w:val="1"/>
  </w:num>
  <w:num w:numId="9" w16cid:durableId="1189637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4784"/>
    <w:rsid w:val="0015074B"/>
    <w:rsid w:val="00290FC0"/>
    <w:rsid w:val="0029639D"/>
    <w:rsid w:val="00326F90"/>
    <w:rsid w:val="00382775"/>
    <w:rsid w:val="00500658"/>
    <w:rsid w:val="005761B0"/>
    <w:rsid w:val="007E12DB"/>
    <w:rsid w:val="009771FB"/>
    <w:rsid w:val="009A7CAE"/>
    <w:rsid w:val="009F291F"/>
    <w:rsid w:val="00AA1D8D"/>
    <w:rsid w:val="00B47730"/>
    <w:rsid w:val="00CB0664"/>
    <w:rsid w:val="00D259CC"/>
    <w:rsid w:val="00DC39F0"/>
    <w:rsid w:val="00F02BE9"/>
    <w:rsid w:val="00FB16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A744E4"/>
  <w14:defaultImageDpi w14:val="300"/>
  <w15:docId w15:val="{ACE976F6-7183-457B-9516-3283A119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saitas">
    <w:name w:val="Hyperlink"/>
    <w:basedOn w:val="Numatytasispastraiposriftas"/>
    <w:uiPriority w:val="99"/>
    <w:unhideWhenUsed/>
    <w:rsid w:val="00D259CC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259CC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D259CC"/>
    <w:rPr>
      <w:color w:val="800080" w:themeColor="followedHyperlink"/>
      <w:u w:val="single"/>
    </w:rPr>
  </w:style>
  <w:style w:type="paragraph" w:customStyle="1" w:styleId="TableParagraph">
    <w:name w:val="Table Paragraph"/>
    <w:basedOn w:val="prastasis"/>
    <w:uiPriority w:val="1"/>
    <w:qFormat/>
    <w:rsid w:val="00500658"/>
    <w:pPr>
      <w:widowControl w:val="0"/>
      <w:suppressAutoHyphens/>
      <w:spacing w:after="0" w:line="240" w:lineRule="auto"/>
      <w:ind w:left="90"/>
    </w:pPr>
    <w:rPr>
      <w:rFonts w:eastAsia="Times New Roman" w:cs="Times New Roman"/>
      <w:sz w:val="22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orms.gle/CfSnih15eTh4kMKj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1012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Daiva Kriščiūnienė</cp:lastModifiedBy>
  <cp:revision>8</cp:revision>
  <dcterms:created xsi:type="dcterms:W3CDTF">2013-12-23T23:15:00Z</dcterms:created>
  <dcterms:modified xsi:type="dcterms:W3CDTF">2026-10-05T04:49:00Z</dcterms:modified>
  <cp:category/>
</cp:coreProperties>
</file>